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4ADFD" w14:textId="77777777" w:rsidR="00297535" w:rsidRDefault="00297535" w:rsidP="00297535">
      <w:pPr>
        <w:pStyle w:val="Naslov2"/>
        <w:jc w:val="center"/>
        <w:rPr>
          <w:rFonts w:cstheme="majorHAnsi"/>
          <w:color w:val="365F91" w:themeColor="accent1" w:themeShade="BF"/>
          <w:sz w:val="36"/>
          <w:szCs w:val="36"/>
        </w:rPr>
      </w:pPr>
      <w:r w:rsidRPr="00297535">
        <w:rPr>
          <w:rFonts w:cstheme="majorHAnsi"/>
          <w:color w:val="365F91" w:themeColor="accent1" w:themeShade="BF"/>
          <w:sz w:val="36"/>
          <w:szCs w:val="36"/>
        </w:rPr>
        <w:t>OBRAZEC ZA POVRATNE INFORMACIJE – TESTIRANJE AKTIVNOSTI DIDACTIC BRICKS / NOVIH PLAYLIST</w:t>
      </w:r>
    </w:p>
    <w:p w14:paraId="3825A4CA" w14:textId="207CA0EA" w:rsidR="00A34934" w:rsidRPr="00D61A98" w:rsidRDefault="00797D75">
      <w:pPr>
        <w:pStyle w:val="Naslov2"/>
        <w:rPr>
          <w:rFonts w:cstheme="majorHAnsi"/>
          <w:sz w:val="28"/>
          <w:szCs w:val="28"/>
        </w:rPr>
      </w:pPr>
      <w:r w:rsidRPr="00D61A98">
        <w:rPr>
          <w:rFonts w:cstheme="majorHAnsi"/>
          <w:sz w:val="28"/>
          <w:szCs w:val="28"/>
        </w:rPr>
        <w:t xml:space="preserve">1. </w:t>
      </w:r>
      <w:r w:rsidR="00297535">
        <w:rPr>
          <w:rFonts w:cstheme="majorHAnsi"/>
          <w:sz w:val="28"/>
          <w:szCs w:val="28"/>
        </w:rPr>
        <w:t>OSNOVNI PODATKI</w:t>
      </w:r>
      <w:r w:rsidR="00D61A98" w:rsidRPr="00D61A98">
        <w:rPr>
          <w:rFonts w:cstheme="majorHAnsi"/>
          <w:sz w:val="28"/>
          <w:szCs w:val="28"/>
        </w:rPr>
        <w:t>:</w:t>
      </w:r>
    </w:p>
    <w:tbl>
      <w:tblPr>
        <w:tblStyle w:val="Tabelamrea"/>
        <w:tblW w:w="0" w:type="auto"/>
        <w:tblInd w:w="108" w:type="dxa"/>
        <w:tblLook w:val="04A0" w:firstRow="1" w:lastRow="0" w:firstColumn="1" w:lastColumn="0" w:noHBand="0" w:noVBand="1"/>
      </w:tblPr>
      <w:tblGrid>
        <w:gridCol w:w="3263"/>
        <w:gridCol w:w="5485"/>
      </w:tblGrid>
      <w:tr w:rsidR="00D61A98" w:rsidRPr="00D61A98" w14:paraId="69CF8FA1" w14:textId="77777777" w:rsidTr="00D61A98">
        <w:tc>
          <w:tcPr>
            <w:tcW w:w="3263" w:type="dxa"/>
          </w:tcPr>
          <w:p w14:paraId="5C383FB8" w14:textId="29337386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Država</w:t>
            </w:r>
            <w:proofErr w:type="spellEnd"/>
            <w:r w:rsidR="00D61A98" w:rsidRPr="00D61A98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74F15826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D61A98" w:rsidRPr="00D61A98" w14:paraId="410B4028" w14:textId="77777777" w:rsidTr="00D61A98">
        <w:tc>
          <w:tcPr>
            <w:tcW w:w="3263" w:type="dxa"/>
          </w:tcPr>
          <w:p w14:paraId="5AC60DFF" w14:textId="4B2A5095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Šola</w:t>
            </w:r>
            <w:proofErr w:type="spellEnd"/>
            <w:r w:rsidR="00D61A98" w:rsidRPr="00D61A98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7B13C8CC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D61A98" w:rsidRPr="00D61A98" w14:paraId="206AB8DF" w14:textId="77777777" w:rsidTr="00D61A98">
        <w:tc>
          <w:tcPr>
            <w:tcW w:w="3263" w:type="dxa"/>
          </w:tcPr>
          <w:p w14:paraId="67A916B8" w14:textId="06FF5C27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r>
              <w:rPr>
                <w:rFonts w:cstheme="majorHAnsi"/>
                <w:sz w:val="24"/>
                <w:szCs w:val="24"/>
                <w:lang w:val="en-GB"/>
              </w:rPr>
              <w:t xml:space="preserve">Ime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učitelja</w:t>
            </w:r>
            <w:proofErr w:type="spellEnd"/>
            <w:r w:rsidR="0027060A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5CD98907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D61A98" w:rsidRPr="00D61A98" w14:paraId="79958902" w14:textId="77777777" w:rsidTr="00D61A98">
        <w:tc>
          <w:tcPr>
            <w:tcW w:w="3263" w:type="dxa"/>
          </w:tcPr>
          <w:p w14:paraId="394308FF" w14:textId="6F84D8BF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Predmet</w:t>
            </w:r>
            <w:proofErr w:type="spellEnd"/>
            <w:r w:rsidR="00D61A98" w:rsidRPr="00D61A98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5BBCEB23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D61A98" w:rsidRPr="00D61A98" w14:paraId="2E016091" w14:textId="77777777" w:rsidTr="00D61A98">
        <w:tc>
          <w:tcPr>
            <w:tcW w:w="3263" w:type="dxa"/>
          </w:tcPr>
          <w:p w14:paraId="78B6161F" w14:textId="0EE9410F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r>
              <w:rPr>
                <w:rFonts w:cstheme="majorHAnsi"/>
                <w:sz w:val="24"/>
                <w:szCs w:val="24"/>
                <w:lang w:val="en-GB"/>
              </w:rPr>
              <w:t xml:space="preserve">Starost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učencev</w:t>
            </w:r>
            <w:proofErr w:type="spellEnd"/>
            <w:r w:rsidR="00D61A98" w:rsidRPr="00D61A98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7C7BA1F6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D61A98" w:rsidRPr="00D61A98" w14:paraId="3F6B8A90" w14:textId="77777777" w:rsidTr="00D61A98">
        <w:tc>
          <w:tcPr>
            <w:tcW w:w="3263" w:type="dxa"/>
          </w:tcPr>
          <w:p w14:paraId="05E25A72" w14:textId="40BDF2D6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Število</w:t>
            </w:r>
            <w:proofErr w:type="spellEnd"/>
            <w:r>
              <w:rPr>
                <w:rFonts w:cstheme="majorHAns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učencev</w:t>
            </w:r>
            <w:proofErr w:type="spellEnd"/>
            <w:r w:rsidR="00D61A98" w:rsidRPr="00D61A98"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57B46AA1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  <w:tr w:rsidR="000D42A6" w:rsidRPr="00D61A98" w14:paraId="69BF74D8" w14:textId="77777777" w:rsidTr="00D61A98">
        <w:tc>
          <w:tcPr>
            <w:tcW w:w="3263" w:type="dxa"/>
          </w:tcPr>
          <w:p w14:paraId="0B38F235" w14:textId="05893C1E" w:rsidR="000D42A6" w:rsidRPr="00D61A98" w:rsidRDefault="000D42A6" w:rsidP="00D61A98">
            <w:pPr>
              <w:pStyle w:val="Naslov2"/>
              <w:rPr>
                <w:rFonts w:cstheme="majorHAnsi"/>
                <w:sz w:val="24"/>
                <w:szCs w:val="24"/>
                <w:lang w:val="en-GB"/>
              </w:rPr>
            </w:pPr>
            <w:r>
              <w:rPr>
                <w:rFonts w:cstheme="majorHAnsi"/>
                <w:sz w:val="24"/>
                <w:szCs w:val="24"/>
                <w:lang w:val="en-GB"/>
              </w:rPr>
              <w:t>T</w:t>
            </w:r>
            <w:r w:rsidR="00297535">
              <w:rPr>
                <w:rFonts w:cstheme="majorHAnsi"/>
                <w:sz w:val="24"/>
                <w:szCs w:val="24"/>
                <w:lang w:val="en-GB"/>
              </w:rPr>
              <w:t>ema</w:t>
            </w:r>
            <w:r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28BF72B0" w14:textId="18EFEA19" w:rsidR="000D42A6" w:rsidRPr="00DE5580" w:rsidRDefault="00297535" w:rsidP="000D42A6">
            <w:pPr>
              <w:pStyle w:val="Naslov2"/>
              <w:numPr>
                <w:ilvl w:val="0"/>
                <w:numId w:val="10"/>
              </w:numPr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Hrana</w:t>
            </w:r>
            <w:proofErr w:type="spellEnd"/>
            <w:r>
              <w:rPr>
                <w:rFonts w:cstheme="majorHAnsi"/>
                <w:sz w:val="24"/>
                <w:szCs w:val="24"/>
                <w:lang w:val="en-GB"/>
              </w:rPr>
              <w:t xml:space="preserve"> in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pijača</w:t>
            </w:r>
            <w:proofErr w:type="spellEnd"/>
          </w:p>
          <w:p w14:paraId="671D0045" w14:textId="60A3F503" w:rsidR="000D42A6" w:rsidRPr="00DE5580" w:rsidRDefault="00297535" w:rsidP="000D42A6">
            <w:pPr>
              <w:pStyle w:val="Odstavekseznama"/>
              <w:numPr>
                <w:ilvl w:val="0"/>
                <w:numId w:val="10"/>
              </w:numPr>
              <w:rPr>
                <w:b/>
                <w:bCs/>
                <w:color w:val="4F81BD" w:themeColor="accent1"/>
                <w:lang w:val="en-GB"/>
              </w:rPr>
            </w:pPr>
            <w:proofErr w:type="spellStart"/>
            <w:r>
              <w:rPr>
                <w:b/>
                <w:bCs/>
                <w:color w:val="4F81BD" w:themeColor="accent1"/>
                <w:lang w:val="en-GB"/>
              </w:rPr>
              <w:t>Tekstil</w:t>
            </w:r>
            <w:proofErr w:type="spellEnd"/>
            <w:r>
              <w:rPr>
                <w:b/>
                <w:bCs/>
                <w:color w:val="4F81BD" w:themeColor="accent1"/>
                <w:lang w:val="en-GB"/>
              </w:rPr>
              <w:t xml:space="preserve"> in </w:t>
            </w:r>
            <w:proofErr w:type="spellStart"/>
            <w:r>
              <w:rPr>
                <w:b/>
                <w:bCs/>
                <w:color w:val="4F81BD" w:themeColor="accent1"/>
                <w:lang w:val="en-GB"/>
              </w:rPr>
              <w:t>moda</w:t>
            </w:r>
            <w:proofErr w:type="spellEnd"/>
          </w:p>
          <w:p w14:paraId="22B08A89" w14:textId="01B827AB" w:rsidR="000D42A6" w:rsidRPr="000D42A6" w:rsidRDefault="000D42A6" w:rsidP="000D42A6">
            <w:pPr>
              <w:pStyle w:val="Odstavekseznama"/>
              <w:numPr>
                <w:ilvl w:val="0"/>
                <w:numId w:val="10"/>
              </w:numPr>
              <w:rPr>
                <w:color w:val="4F81BD" w:themeColor="accent1"/>
                <w:lang w:val="en-GB"/>
              </w:rPr>
            </w:pPr>
            <w:proofErr w:type="spellStart"/>
            <w:r w:rsidRPr="00DE5580">
              <w:rPr>
                <w:b/>
                <w:bCs/>
                <w:color w:val="4F81BD" w:themeColor="accent1"/>
                <w:lang w:val="en-GB"/>
              </w:rPr>
              <w:t>B</w:t>
            </w:r>
            <w:r w:rsidR="00297535">
              <w:rPr>
                <w:b/>
                <w:bCs/>
                <w:color w:val="4F81BD" w:themeColor="accent1"/>
                <w:lang w:val="en-GB"/>
              </w:rPr>
              <w:t>iotska</w:t>
            </w:r>
            <w:proofErr w:type="spellEnd"/>
            <w:r w:rsidR="00297535">
              <w:rPr>
                <w:b/>
                <w:bCs/>
                <w:color w:val="4F81BD" w:themeColor="accent1"/>
                <w:lang w:val="en-GB"/>
              </w:rPr>
              <w:t xml:space="preserve"> </w:t>
            </w:r>
            <w:proofErr w:type="spellStart"/>
            <w:r w:rsidR="00297535">
              <w:rPr>
                <w:b/>
                <w:bCs/>
                <w:color w:val="4F81BD" w:themeColor="accent1"/>
                <w:lang w:val="en-GB"/>
              </w:rPr>
              <w:t>pestrost</w:t>
            </w:r>
            <w:proofErr w:type="spellEnd"/>
          </w:p>
        </w:tc>
      </w:tr>
      <w:tr w:rsidR="00D61A98" w:rsidRPr="00D61A98" w14:paraId="6847CFC4" w14:textId="77777777" w:rsidTr="00D61A98">
        <w:tc>
          <w:tcPr>
            <w:tcW w:w="3263" w:type="dxa"/>
          </w:tcPr>
          <w:p w14:paraId="1BAF9B9E" w14:textId="3760DF95" w:rsidR="00D61A98" w:rsidRPr="00D61A98" w:rsidRDefault="00297535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Posnetek</w:t>
            </w:r>
            <w:proofErr w:type="spellEnd"/>
            <w:r>
              <w:rPr>
                <w:rFonts w:cstheme="majorHAns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zaslona</w:t>
            </w:r>
            <w:proofErr w:type="spellEnd"/>
            <w:r>
              <w:rPr>
                <w:rFonts w:cstheme="majorHAnsi"/>
                <w:sz w:val="24"/>
                <w:szCs w:val="24"/>
                <w:lang w:val="en-GB"/>
              </w:rPr>
              <w:t xml:space="preserve"> vase </w:t>
            </w:r>
            <w:proofErr w:type="spellStart"/>
            <w:r>
              <w:rPr>
                <w:rFonts w:cstheme="majorHAnsi"/>
                <w:sz w:val="24"/>
                <w:szCs w:val="24"/>
                <w:lang w:val="en-GB"/>
              </w:rPr>
              <w:t>playliste</w:t>
            </w:r>
            <w:proofErr w:type="spellEnd"/>
            <w:r>
              <w:rPr>
                <w:rFonts w:cstheme="maj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5485" w:type="dxa"/>
          </w:tcPr>
          <w:p w14:paraId="3AF1C60E" w14:textId="77777777" w:rsidR="00D61A98" w:rsidRPr="00D61A98" w:rsidRDefault="00D61A98" w:rsidP="00D61A98">
            <w:pPr>
              <w:pStyle w:val="Naslov2"/>
              <w:spacing w:line="276" w:lineRule="auto"/>
              <w:rPr>
                <w:rFonts w:cstheme="majorHAnsi"/>
                <w:sz w:val="24"/>
                <w:szCs w:val="24"/>
                <w:lang w:val="en-GB"/>
              </w:rPr>
            </w:pPr>
          </w:p>
        </w:tc>
      </w:tr>
    </w:tbl>
    <w:p w14:paraId="4B0C3245" w14:textId="77777777" w:rsidR="000E05B1" w:rsidRDefault="000E05B1">
      <w:pPr>
        <w:pStyle w:val="Naslov2"/>
        <w:rPr>
          <w:rFonts w:cstheme="majorHAnsi"/>
          <w:sz w:val="28"/>
          <w:szCs w:val="28"/>
        </w:rPr>
      </w:pPr>
    </w:p>
    <w:p w14:paraId="67B7D94E" w14:textId="61ADE4E5" w:rsidR="00A34934" w:rsidRDefault="00797D75">
      <w:pPr>
        <w:pStyle w:val="Naslov2"/>
        <w:rPr>
          <w:rFonts w:cstheme="majorHAnsi"/>
          <w:sz w:val="28"/>
          <w:szCs w:val="28"/>
        </w:rPr>
      </w:pPr>
      <w:r w:rsidRPr="00D61A98">
        <w:rPr>
          <w:rFonts w:cstheme="majorHAnsi"/>
          <w:sz w:val="28"/>
          <w:szCs w:val="28"/>
        </w:rPr>
        <w:t xml:space="preserve">2. </w:t>
      </w:r>
      <w:r w:rsidR="00297535">
        <w:rPr>
          <w:rFonts w:cstheme="majorHAnsi"/>
          <w:sz w:val="28"/>
          <w:szCs w:val="28"/>
        </w:rPr>
        <w:t>IZVEDBA</w:t>
      </w:r>
    </w:p>
    <w:p w14:paraId="5D5ECDA0" w14:textId="5314E9CB" w:rsidR="00D61A98" w:rsidRPr="0027060A" w:rsidRDefault="00297535">
      <w:pPr>
        <w:rPr>
          <w:b/>
          <w:bCs/>
        </w:rPr>
      </w:pPr>
      <w:proofErr w:type="spellStart"/>
      <w:r w:rsidRPr="00297535">
        <w:rPr>
          <w:b/>
          <w:bCs/>
        </w:rPr>
        <w:t>Podajte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povratne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informacije</w:t>
      </w:r>
      <w:proofErr w:type="spellEnd"/>
      <w:r w:rsidRPr="00297535">
        <w:rPr>
          <w:b/>
          <w:bCs/>
        </w:rPr>
        <w:t xml:space="preserve"> o </w:t>
      </w:r>
      <w:proofErr w:type="spellStart"/>
      <w:r w:rsidRPr="00297535">
        <w:rPr>
          <w:b/>
          <w:bCs/>
        </w:rPr>
        <w:t>aktivnostih</w:t>
      </w:r>
      <w:proofErr w:type="spellEnd"/>
      <w:r w:rsidRPr="00297535">
        <w:rPr>
          <w:b/>
          <w:bCs/>
        </w:rPr>
        <w:t xml:space="preserve">, ki </w:t>
      </w:r>
      <w:proofErr w:type="spellStart"/>
      <w:r w:rsidRPr="00297535">
        <w:rPr>
          <w:b/>
          <w:bCs/>
        </w:rPr>
        <w:t>ste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jih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izbrali</w:t>
      </w:r>
      <w:proofErr w:type="spellEnd"/>
      <w:r w:rsidRPr="00297535">
        <w:rPr>
          <w:b/>
          <w:bCs/>
        </w:rPr>
        <w:t xml:space="preserve"> za </w:t>
      </w:r>
      <w:proofErr w:type="spellStart"/>
      <w:r w:rsidRPr="00297535">
        <w:rPr>
          <w:b/>
          <w:bCs/>
        </w:rPr>
        <w:t>svojo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playlisto</w:t>
      </w:r>
      <w:proofErr w:type="spellEnd"/>
      <w:r w:rsidRPr="00297535">
        <w:rPr>
          <w:b/>
          <w:bCs/>
        </w:rPr>
        <w:t xml:space="preserve"> – </w:t>
      </w:r>
      <w:proofErr w:type="spellStart"/>
      <w:r w:rsidRPr="00297535">
        <w:rPr>
          <w:b/>
          <w:bCs/>
        </w:rPr>
        <w:t>osredotočite</w:t>
      </w:r>
      <w:proofErr w:type="spellEnd"/>
      <w:r w:rsidRPr="00297535">
        <w:rPr>
          <w:b/>
          <w:bCs/>
        </w:rPr>
        <w:t xml:space="preserve"> se </w:t>
      </w:r>
      <w:proofErr w:type="spellStart"/>
      <w:r w:rsidRPr="00297535">
        <w:rPr>
          <w:b/>
          <w:bCs/>
        </w:rPr>
        <w:t>na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jasnost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navodil</w:t>
      </w:r>
      <w:proofErr w:type="spellEnd"/>
      <w:r w:rsidRPr="00297535">
        <w:rPr>
          <w:b/>
          <w:bCs/>
        </w:rPr>
        <w:t xml:space="preserve">, </w:t>
      </w:r>
      <w:proofErr w:type="spellStart"/>
      <w:r w:rsidRPr="00297535">
        <w:rPr>
          <w:b/>
          <w:bCs/>
        </w:rPr>
        <w:t>časovno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ustreznost</w:t>
      </w:r>
      <w:proofErr w:type="spellEnd"/>
      <w:r w:rsidRPr="00297535">
        <w:rPr>
          <w:b/>
          <w:bCs/>
        </w:rPr>
        <w:t xml:space="preserve"> in </w:t>
      </w:r>
      <w:proofErr w:type="spellStart"/>
      <w:r w:rsidRPr="00297535">
        <w:rPr>
          <w:b/>
          <w:bCs/>
        </w:rPr>
        <w:t>primernost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ponujenih</w:t>
      </w:r>
      <w:proofErr w:type="spellEnd"/>
      <w:r w:rsidRPr="00297535">
        <w:rPr>
          <w:b/>
          <w:bCs/>
        </w:rPr>
        <w:t xml:space="preserve"> </w:t>
      </w:r>
      <w:proofErr w:type="spellStart"/>
      <w:r w:rsidRPr="00297535">
        <w:rPr>
          <w:b/>
          <w:bCs/>
        </w:rPr>
        <w:t>gradiv</w:t>
      </w:r>
      <w:proofErr w:type="spellEnd"/>
      <w:r w:rsidRPr="00297535">
        <w:rPr>
          <w:b/>
          <w:bCs/>
        </w:rPr>
        <w:t>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61A98" w:rsidRPr="00D61A98" w14:paraId="41BD5F11" w14:textId="77777777" w:rsidTr="00D61A98">
        <w:tc>
          <w:tcPr>
            <w:tcW w:w="8780" w:type="dxa"/>
          </w:tcPr>
          <w:p w14:paraId="58B42A36" w14:textId="77777777" w:rsidR="00D61A98" w:rsidRPr="00D61A98" w:rsidRDefault="00D61A98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B81067B" w14:textId="77777777" w:rsidR="00D61A98" w:rsidRPr="00D61A98" w:rsidRDefault="00D61A98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025681" w14:textId="77777777" w:rsidR="00D61A98" w:rsidRPr="00D61A98" w:rsidRDefault="00D61A98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00A7A62" w14:textId="77777777" w:rsidR="00297535" w:rsidRDefault="00797D75" w:rsidP="00297535">
      <w:pPr>
        <w:pStyle w:val="Naslov2"/>
        <w:rPr>
          <w:rFonts w:cstheme="majorHAnsi"/>
          <w:sz w:val="28"/>
          <w:szCs w:val="28"/>
        </w:rPr>
      </w:pPr>
      <w:r w:rsidRPr="00D61A98">
        <w:rPr>
          <w:rFonts w:cstheme="majorHAnsi"/>
          <w:sz w:val="28"/>
          <w:szCs w:val="28"/>
        </w:rPr>
        <w:t xml:space="preserve">3. </w:t>
      </w:r>
      <w:r w:rsidR="00297535" w:rsidRPr="00297535">
        <w:rPr>
          <w:rFonts w:cstheme="majorHAnsi"/>
          <w:sz w:val="28"/>
          <w:szCs w:val="28"/>
        </w:rPr>
        <w:t>VKLJUČENOST UČENCEV IN UČNI REZULTATI</w:t>
      </w:r>
    </w:p>
    <w:p w14:paraId="59060231" w14:textId="38CDEF8A" w:rsidR="00A34934" w:rsidRPr="00297535" w:rsidRDefault="00297535" w:rsidP="00297535">
      <w:pPr>
        <w:pStyle w:val="Naslov2"/>
        <w:rPr>
          <w:b w:val="0"/>
          <w:bCs w:val="0"/>
          <w:color w:val="auto"/>
          <w:sz w:val="24"/>
          <w:szCs w:val="24"/>
        </w:rPr>
      </w:pPr>
      <w:proofErr w:type="spellStart"/>
      <w:r w:rsidRPr="00297535">
        <w:rPr>
          <w:color w:val="auto"/>
          <w:sz w:val="24"/>
          <w:szCs w:val="24"/>
        </w:rPr>
        <w:t>Opišite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vključenost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učencev</w:t>
      </w:r>
      <w:proofErr w:type="spellEnd"/>
      <w:r w:rsidRPr="00297535">
        <w:rPr>
          <w:color w:val="auto"/>
          <w:sz w:val="24"/>
          <w:szCs w:val="24"/>
        </w:rPr>
        <w:t xml:space="preserve"> in </w:t>
      </w:r>
      <w:proofErr w:type="spellStart"/>
      <w:r w:rsidRPr="00297535">
        <w:rPr>
          <w:color w:val="auto"/>
          <w:sz w:val="24"/>
          <w:szCs w:val="24"/>
        </w:rPr>
        <w:t>učne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rezultate</w:t>
      </w:r>
      <w:proofErr w:type="spellEnd"/>
      <w:r w:rsidRPr="00297535">
        <w:rPr>
          <w:color w:val="auto"/>
          <w:sz w:val="24"/>
          <w:szCs w:val="24"/>
        </w:rPr>
        <w:t xml:space="preserve"> – </w:t>
      </w:r>
      <w:proofErr w:type="spellStart"/>
      <w:r w:rsidRPr="00297535">
        <w:rPr>
          <w:color w:val="auto"/>
          <w:sz w:val="24"/>
          <w:szCs w:val="24"/>
        </w:rPr>
        <w:t>osredotočite</w:t>
      </w:r>
      <w:proofErr w:type="spellEnd"/>
      <w:r w:rsidRPr="00297535">
        <w:rPr>
          <w:color w:val="auto"/>
          <w:sz w:val="24"/>
          <w:szCs w:val="24"/>
        </w:rPr>
        <w:t xml:space="preserve"> se </w:t>
      </w:r>
      <w:proofErr w:type="spellStart"/>
      <w:r w:rsidRPr="00297535">
        <w:rPr>
          <w:color w:val="auto"/>
          <w:sz w:val="24"/>
          <w:szCs w:val="24"/>
        </w:rPr>
        <w:t>na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njihovo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sodelovanje</w:t>
      </w:r>
      <w:proofErr w:type="spellEnd"/>
      <w:r w:rsidRPr="00297535">
        <w:rPr>
          <w:color w:val="auto"/>
          <w:sz w:val="24"/>
          <w:szCs w:val="24"/>
        </w:rPr>
        <w:t xml:space="preserve">, </w:t>
      </w:r>
      <w:proofErr w:type="spellStart"/>
      <w:r w:rsidRPr="00297535">
        <w:rPr>
          <w:color w:val="auto"/>
          <w:sz w:val="24"/>
          <w:szCs w:val="24"/>
        </w:rPr>
        <w:t>motivacijo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ter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na</w:t>
      </w:r>
      <w:proofErr w:type="spellEnd"/>
      <w:r w:rsidRPr="00297535">
        <w:rPr>
          <w:color w:val="auto"/>
          <w:sz w:val="24"/>
          <w:szCs w:val="24"/>
        </w:rPr>
        <w:t xml:space="preserve"> to, </w:t>
      </w:r>
      <w:proofErr w:type="spellStart"/>
      <w:r w:rsidRPr="00297535">
        <w:rPr>
          <w:color w:val="auto"/>
          <w:sz w:val="24"/>
          <w:szCs w:val="24"/>
        </w:rPr>
        <w:t>katera</w:t>
      </w:r>
      <w:proofErr w:type="spellEnd"/>
      <w:r w:rsidRPr="00297535">
        <w:rPr>
          <w:color w:val="auto"/>
          <w:sz w:val="24"/>
          <w:szCs w:val="24"/>
        </w:rPr>
        <w:t xml:space="preserve"> nova </w:t>
      </w:r>
      <w:proofErr w:type="spellStart"/>
      <w:r w:rsidRPr="00297535">
        <w:rPr>
          <w:color w:val="auto"/>
          <w:sz w:val="24"/>
          <w:szCs w:val="24"/>
        </w:rPr>
        <w:t>znanja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ali</w:t>
      </w:r>
      <w:proofErr w:type="spellEnd"/>
      <w:r w:rsidRPr="00297535">
        <w:rPr>
          <w:color w:val="auto"/>
          <w:sz w:val="24"/>
          <w:szCs w:val="24"/>
        </w:rPr>
        <w:t xml:space="preserve"> </w:t>
      </w:r>
      <w:proofErr w:type="spellStart"/>
      <w:r w:rsidRPr="00297535">
        <w:rPr>
          <w:color w:val="auto"/>
          <w:sz w:val="24"/>
          <w:szCs w:val="24"/>
        </w:rPr>
        <w:t>spretnosti</w:t>
      </w:r>
      <w:proofErr w:type="spellEnd"/>
      <w:r w:rsidRPr="00297535">
        <w:rPr>
          <w:color w:val="auto"/>
          <w:sz w:val="24"/>
          <w:szCs w:val="24"/>
        </w:rPr>
        <w:t xml:space="preserve"> so </w:t>
      </w:r>
      <w:proofErr w:type="spellStart"/>
      <w:r w:rsidRPr="00297535">
        <w:rPr>
          <w:color w:val="auto"/>
          <w:sz w:val="24"/>
          <w:szCs w:val="24"/>
        </w:rPr>
        <w:t>pridobili</w:t>
      </w:r>
      <w:proofErr w:type="spellEnd"/>
      <w:r w:rsidRPr="00297535">
        <w:rPr>
          <w:color w:val="auto"/>
          <w:sz w:val="24"/>
          <w:szCs w:val="24"/>
        </w:rPr>
        <w:t xml:space="preserve"> med </w:t>
      </w:r>
      <w:proofErr w:type="spellStart"/>
      <w:r w:rsidRPr="00297535">
        <w:rPr>
          <w:color w:val="auto"/>
          <w:sz w:val="24"/>
          <w:szCs w:val="24"/>
        </w:rPr>
        <w:t>aktivnostjo</w:t>
      </w:r>
      <w:proofErr w:type="spellEnd"/>
      <w:r w:rsidRPr="00297535">
        <w:rPr>
          <w:color w:val="auto"/>
          <w:sz w:val="24"/>
          <w:szCs w:val="24"/>
        </w:rPr>
        <w:t>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61A98" w:rsidRPr="00D61A98" w14:paraId="04978502" w14:textId="77777777" w:rsidTr="00D61A98">
        <w:tc>
          <w:tcPr>
            <w:tcW w:w="8780" w:type="dxa"/>
          </w:tcPr>
          <w:p w14:paraId="020C2C9E" w14:textId="77777777" w:rsidR="00D61A98" w:rsidRDefault="00D61A98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4DBC6D" w14:textId="77777777" w:rsidR="0027060A" w:rsidRDefault="0027060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A89D405" w14:textId="77777777" w:rsidR="0027060A" w:rsidRPr="00D61A98" w:rsidRDefault="0027060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715C881" w14:textId="09CCC9CB" w:rsidR="00A34934" w:rsidRPr="00D61A98" w:rsidRDefault="0027060A">
      <w:pPr>
        <w:pStyle w:val="Naslov2"/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lastRenderedPageBreak/>
        <w:t>4</w:t>
      </w:r>
      <w:r w:rsidR="00797D75" w:rsidRPr="00D61A98">
        <w:rPr>
          <w:rFonts w:cstheme="majorHAnsi"/>
          <w:sz w:val="28"/>
          <w:szCs w:val="28"/>
        </w:rPr>
        <w:t xml:space="preserve">. </w:t>
      </w:r>
      <w:r>
        <w:rPr>
          <w:rFonts w:cstheme="majorHAnsi"/>
          <w:sz w:val="28"/>
          <w:szCs w:val="28"/>
        </w:rPr>
        <w:t>MET</w:t>
      </w:r>
      <w:r w:rsidR="00297535">
        <w:rPr>
          <w:rFonts w:cstheme="majorHAnsi"/>
          <w:sz w:val="28"/>
          <w:szCs w:val="28"/>
        </w:rPr>
        <w:t>ODE</w:t>
      </w:r>
    </w:p>
    <w:p w14:paraId="69B9A5B2" w14:textId="65C4328A" w:rsidR="00A34934" w:rsidRPr="00D61A98" w:rsidRDefault="00297535">
      <w:pPr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Razmislite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o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uporabljenih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učnih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metodah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so bile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ustrezne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in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učinkovite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za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doseganje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ciljev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?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Če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ne,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katere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alternativne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dodatne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metode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bi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predlagali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61A98" w:rsidRPr="00D61A98" w14:paraId="2CD91B34" w14:textId="77777777" w:rsidTr="00D61A98">
        <w:tc>
          <w:tcPr>
            <w:tcW w:w="8780" w:type="dxa"/>
          </w:tcPr>
          <w:p w14:paraId="4F65A72C" w14:textId="77777777" w:rsidR="00D61A98" w:rsidRPr="00D61A98" w:rsidRDefault="00D61A9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000DD9E" w14:textId="77777777" w:rsidR="00D61A98" w:rsidRPr="00D61A98" w:rsidRDefault="00D61A9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A9781B2" w14:textId="77777777" w:rsidR="00D61A98" w:rsidRPr="00D61A98" w:rsidRDefault="00D61A9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138D891" w14:textId="77777777" w:rsidR="00D61A98" w:rsidRPr="00D61A98" w:rsidRDefault="00D61A9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2B2486D" w14:textId="77777777" w:rsidR="00D61A98" w:rsidRDefault="00D61A98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DE74ADB" w14:textId="3E8A175D" w:rsidR="00D80948" w:rsidRPr="00D80948" w:rsidRDefault="00D80948" w:rsidP="00D80948">
      <w:pPr>
        <w:pStyle w:val="Naslov2"/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5</w:t>
      </w:r>
      <w:r w:rsidRPr="00D61A98">
        <w:rPr>
          <w:rFonts w:cstheme="majorHAnsi"/>
          <w:sz w:val="28"/>
          <w:szCs w:val="28"/>
        </w:rPr>
        <w:t xml:space="preserve">. </w:t>
      </w:r>
      <w:r w:rsidR="00297535">
        <w:rPr>
          <w:rFonts w:cstheme="majorHAnsi"/>
          <w:sz w:val="28"/>
          <w:szCs w:val="28"/>
        </w:rPr>
        <w:t>CELOSTNI PRISTOP ŠOLE (WHOLE SCHOOL APPROACH)</w:t>
      </w:r>
    </w:p>
    <w:p w14:paraId="36029C3F" w14:textId="77777777" w:rsidR="00ED3960" w:rsidRPr="00ED3960" w:rsidRDefault="00ED3960" w:rsidP="00ED3960">
      <w:pPr>
        <w:rPr>
          <w:rFonts w:asciiTheme="majorHAnsi" w:hAnsiTheme="majorHAnsi" w:cstheme="majorHAnsi"/>
          <w:b/>
          <w:bCs/>
          <w:sz w:val="24"/>
          <w:szCs w:val="24"/>
          <w:lang w:val="sl-SI"/>
        </w:rPr>
      </w:pPr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>Ali lahko ta aktivnost/</w:t>
      </w:r>
      <w:proofErr w:type="spellStart"/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>Playlista</w:t>
      </w:r>
      <w:proofErr w:type="spellEnd"/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 xml:space="preserve"> prispeva k </w:t>
      </w:r>
      <w:proofErr w:type="spellStart"/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>trajnostnosti</w:t>
      </w:r>
      <w:proofErr w:type="spellEnd"/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 xml:space="preserve"> tudi širše, ne le v okviru posamezne učne ure? Če da, na kakšen način?</w:t>
      </w:r>
    </w:p>
    <w:p w14:paraId="1D30E02D" w14:textId="77777777" w:rsidR="00ED3960" w:rsidRPr="00ED3960" w:rsidRDefault="00ED3960" w:rsidP="00ED3960">
      <w:pPr>
        <w:rPr>
          <w:rFonts w:asciiTheme="majorHAnsi" w:hAnsiTheme="majorHAnsi" w:cstheme="majorHAnsi"/>
          <w:sz w:val="24"/>
          <w:szCs w:val="24"/>
          <w:lang w:val="sl-SI"/>
        </w:rPr>
      </w:pPr>
      <w:r w:rsidRPr="00ED3960">
        <w:rPr>
          <w:rFonts w:asciiTheme="majorHAnsi" w:hAnsiTheme="majorHAnsi" w:cstheme="majorHAnsi"/>
          <w:sz w:val="24"/>
          <w:szCs w:val="24"/>
          <w:lang w:val="sl-SI"/>
        </w:rPr>
        <w:t>Opišite enega ali dva realna načina, kako bi jo lahko povezali z:</w:t>
      </w:r>
      <w:r w:rsidRPr="00ED3960">
        <w:rPr>
          <w:rFonts w:asciiTheme="majorHAnsi" w:hAnsiTheme="majorHAnsi" w:cstheme="majorHAnsi"/>
          <w:sz w:val="24"/>
          <w:szCs w:val="24"/>
          <w:lang w:val="sl-SI"/>
        </w:rPr>
        <w:br/>
        <w:t>(a) drugimi predmeti oziroma učitelji,</w:t>
      </w:r>
      <w:r w:rsidRPr="00ED3960">
        <w:rPr>
          <w:rFonts w:asciiTheme="majorHAnsi" w:hAnsiTheme="majorHAnsi" w:cstheme="majorHAnsi"/>
          <w:sz w:val="24"/>
          <w:szCs w:val="24"/>
          <w:lang w:val="sl-SI"/>
        </w:rPr>
        <w:br/>
        <w:t>(b) dejavnostjo ali projektom na ravni celotne šole,</w:t>
      </w:r>
      <w:r w:rsidRPr="00ED3960">
        <w:rPr>
          <w:rFonts w:asciiTheme="majorHAnsi" w:hAnsiTheme="majorHAnsi" w:cstheme="majorHAnsi"/>
          <w:sz w:val="24"/>
          <w:szCs w:val="24"/>
          <w:lang w:val="sl-SI"/>
        </w:rPr>
        <w:br/>
        <w:t xml:space="preserve">(c) dejavnostmi programa </w:t>
      </w:r>
      <w:proofErr w:type="spellStart"/>
      <w:r w:rsidRPr="00ED3960">
        <w:rPr>
          <w:rFonts w:asciiTheme="majorHAnsi" w:hAnsiTheme="majorHAnsi" w:cstheme="majorHAnsi"/>
          <w:sz w:val="24"/>
          <w:szCs w:val="24"/>
          <w:lang w:val="sl-SI"/>
        </w:rPr>
        <w:t>Ekošola</w:t>
      </w:r>
      <w:proofErr w:type="spellEnd"/>
      <w:r w:rsidRPr="00ED3960">
        <w:rPr>
          <w:rFonts w:asciiTheme="majorHAnsi" w:hAnsiTheme="majorHAnsi" w:cstheme="majorHAnsi"/>
          <w:sz w:val="24"/>
          <w:szCs w:val="24"/>
          <w:lang w:val="sl-SI"/>
        </w:rPr>
        <w:t>,</w:t>
      </w:r>
      <w:r w:rsidRPr="00ED3960">
        <w:rPr>
          <w:rFonts w:asciiTheme="majorHAnsi" w:hAnsiTheme="majorHAnsi" w:cstheme="majorHAnsi"/>
          <w:sz w:val="24"/>
          <w:szCs w:val="24"/>
          <w:lang w:val="sl-SI"/>
        </w:rPr>
        <w:br/>
        <w:t>(d) šolskimi praksami ali vsakodnevnimi rutinami,</w:t>
      </w:r>
      <w:r w:rsidRPr="00ED3960">
        <w:rPr>
          <w:rFonts w:asciiTheme="majorHAnsi" w:hAnsiTheme="majorHAnsi" w:cstheme="majorHAnsi"/>
          <w:sz w:val="24"/>
          <w:szCs w:val="24"/>
          <w:lang w:val="sl-SI"/>
        </w:rPr>
        <w:br/>
        <w:t>(e) lokalno skupnostjo – partnerskimi organizacijami in/ali starši.</w:t>
      </w:r>
    </w:p>
    <w:p w14:paraId="7714D62B" w14:textId="77777777" w:rsidR="00ED3960" w:rsidRPr="00ED3960" w:rsidRDefault="00ED3960" w:rsidP="00ED3960">
      <w:pPr>
        <w:rPr>
          <w:rFonts w:asciiTheme="majorHAnsi" w:hAnsiTheme="majorHAnsi" w:cstheme="majorHAnsi"/>
          <w:b/>
          <w:bCs/>
          <w:sz w:val="24"/>
          <w:szCs w:val="24"/>
          <w:lang w:val="sl-SI"/>
        </w:rPr>
      </w:pPr>
      <w:r w:rsidRPr="00ED3960">
        <w:rPr>
          <w:rFonts w:asciiTheme="majorHAnsi" w:hAnsiTheme="majorHAnsi" w:cstheme="majorHAnsi"/>
          <w:b/>
          <w:bCs/>
          <w:sz w:val="24"/>
          <w:szCs w:val="24"/>
          <w:lang w:val="sl-SI"/>
        </w:rPr>
        <w:t>Kakšna podpora oziroma kateri pogoji bi bili potrebni za uresničitev takšnega povezovanja?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0E05B1" w:rsidRPr="00D61A98" w14:paraId="16726CBE" w14:textId="77777777" w:rsidTr="00F31541">
        <w:tc>
          <w:tcPr>
            <w:tcW w:w="8780" w:type="dxa"/>
          </w:tcPr>
          <w:p w14:paraId="78BD1123" w14:textId="77777777" w:rsidR="000E05B1" w:rsidRPr="00D61A98" w:rsidRDefault="000E05B1" w:rsidP="00F3154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bookmarkStart w:id="0" w:name="_Hlk228859772"/>
          </w:p>
          <w:p w14:paraId="0847651A" w14:textId="77777777" w:rsidR="000E05B1" w:rsidRPr="00D61A98" w:rsidRDefault="000E05B1" w:rsidP="00F3154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5FE53D0" w14:textId="77777777" w:rsidR="000E05B1" w:rsidRPr="00D61A98" w:rsidRDefault="000E05B1" w:rsidP="00F3154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8E22355" w14:textId="77777777" w:rsidR="000E05B1" w:rsidRPr="00D61A98" w:rsidRDefault="000E05B1" w:rsidP="00F3154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808D054" w14:textId="2E10067C" w:rsidR="00A34934" w:rsidRDefault="00A34934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838054F" w14:textId="592B72F9" w:rsidR="00D80948" w:rsidRDefault="00D80948" w:rsidP="00D80948">
      <w:pPr>
        <w:pStyle w:val="Naslov2"/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6</w:t>
      </w:r>
      <w:r w:rsidRPr="00D61A98">
        <w:rPr>
          <w:rFonts w:cstheme="majorHAnsi"/>
          <w:sz w:val="28"/>
          <w:szCs w:val="28"/>
        </w:rPr>
        <w:t xml:space="preserve">. </w:t>
      </w:r>
      <w:r w:rsidR="00297535">
        <w:rPr>
          <w:rFonts w:cstheme="majorHAnsi"/>
          <w:sz w:val="28"/>
          <w:szCs w:val="28"/>
        </w:rPr>
        <w:t>PRENOSLJIVOST/NADALJNJA UPORABA</w:t>
      </w:r>
    </w:p>
    <w:p w14:paraId="3337863C" w14:textId="7B0666BC" w:rsidR="00D80948" w:rsidRPr="00587502" w:rsidRDefault="00297535" w:rsidP="00D80948">
      <w:pPr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Kako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verjetno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je, da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boste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to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playlisto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ponovno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uporabili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prilagodili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v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svoji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prihodnji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pedagoški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praksi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?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Kaj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bi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spremenili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izboljšali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80948" w:rsidRPr="00D61A98" w14:paraId="59447733" w14:textId="77777777" w:rsidTr="00C3416C">
        <w:tc>
          <w:tcPr>
            <w:tcW w:w="8780" w:type="dxa"/>
          </w:tcPr>
          <w:p w14:paraId="3BD1D25B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B7FBE81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EBC45B5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7CB31DB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940A969" w14:textId="77777777" w:rsidR="00D80948" w:rsidRDefault="00D80948" w:rsidP="00D80948">
      <w:pPr>
        <w:pStyle w:val="Naslov2"/>
        <w:rPr>
          <w:rFonts w:cstheme="majorHAnsi"/>
          <w:sz w:val="28"/>
          <w:szCs w:val="28"/>
        </w:rPr>
      </w:pPr>
    </w:p>
    <w:p w14:paraId="22119590" w14:textId="7519AC4A" w:rsidR="00D80948" w:rsidRPr="000E05B1" w:rsidRDefault="00D80948" w:rsidP="00D80948">
      <w:pPr>
        <w:pStyle w:val="Naslov2"/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7</w:t>
      </w:r>
      <w:r w:rsidRPr="00D61A98">
        <w:rPr>
          <w:rFonts w:cstheme="majorHAnsi"/>
          <w:sz w:val="28"/>
          <w:szCs w:val="28"/>
        </w:rPr>
        <w:t xml:space="preserve">. </w:t>
      </w:r>
      <w:r w:rsidR="00297535">
        <w:rPr>
          <w:rFonts w:cstheme="majorHAnsi"/>
          <w:sz w:val="28"/>
          <w:szCs w:val="28"/>
        </w:rPr>
        <w:t>SPLOŠNA OCENA</w:t>
      </w:r>
    </w:p>
    <w:p w14:paraId="4AB52321" w14:textId="4A0F808C" w:rsidR="00D80948" w:rsidRDefault="00297535" w:rsidP="00D80948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Ali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imate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še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kakšne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dodatne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komentarje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ali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priporočila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 xml:space="preserve"> glede </w:t>
      </w:r>
      <w:proofErr w:type="spellStart"/>
      <w:r w:rsidRPr="00297535">
        <w:rPr>
          <w:rFonts w:asciiTheme="majorHAnsi" w:hAnsiTheme="majorHAnsi" w:cstheme="majorHAnsi"/>
          <w:b/>
          <w:bCs/>
          <w:sz w:val="24"/>
          <w:szCs w:val="24"/>
        </w:rPr>
        <w:t>platforme</w:t>
      </w:r>
      <w:proofErr w:type="spellEnd"/>
      <w:r w:rsidRPr="00297535">
        <w:rPr>
          <w:rFonts w:asciiTheme="majorHAnsi" w:hAnsiTheme="majorHAnsi" w:cstheme="majorHAnsi"/>
          <w:b/>
          <w:bCs/>
          <w:sz w:val="24"/>
          <w:szCs w:val="24"/>
        </w:rPr>
        <w:t>?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80948" w:rsidRPr="00D61A98" w14:paraId="71F0FD59" w14:textId="77777777" w:rsidTr="00C3416C">
        <w:tc>
          <w:tcPr>
            <w:tcW w:w="8780" w:type="dxa"/>
          </w:tcPr>
          <w:p w14:paraId="77E26669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37FCB2C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18A228BC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0016E4B" w14:textId="77777777" w:rsidR="00D80948" w:rsidRPr="00D61A98" w:rsidRDefault="00D80948" w:rsidP="00C3416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72DC4B5" w14:textId="77777777" w:rsidR="00D80948" w:rsidRPr="00D80948" w:rsidRDefault="00D80948" w:rsidP="00D80948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D80948" w:rsidRPr="00D8094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EC2FD" w14:textId="77777777" w:rsidR="00D61A98" w:rsidRDefault="00D61A98" w:rsidP="00D61A98">
      <w:pPr>
        <w:spacing w:after="0" w:line="240" w:lineRule="auto"/>
      </w:pPr>
      <w:r>
        <w:separator/>
      </w:r>
    </w:p>
  </w:endnote>
  <w:endnote w:type="continuationSeparator" w:id="0">
    <w:p w14:paraId="098255E2" w14:textId="77777777" w:rsidR="00D61A98" w:rsidRDefault="00D61A98" w:rsidP="00D6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73DCF" w14:textId="77777777" w:rsidR="00D61A98" w:rsidRDefault="00D61A98" w:rsidP="00D61A98">
      <w:pPr>
        <w:spacing w:after="0" w:line="240" w:lineRule="auto"/>
      </w:pPr>
      <w:r>
        <w:separator/>
      </w:r>
    </w:p>
  </w:footnote>
  <w:footnote w:type="continuationSeparator" w:id="0">
    <w:p w14:paraId="52DD8A69" w14:textId="77777777" w:rsidR="00D61A98" w:rsidRDefault="00D61A98" w:rsidP="00D61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CF4CB" w14:textId="54DDE18B" w:rsidR="00D61A98" w:rsidRPr="00D61A98" w:rsidRDefault="00D61A98" w:rsidP="00D61A98">
    <w:pPr>
      <w:pStyle w:val="Glava"/>
      <w:rPr>
        <w:lang w:val="sl-SI"/>
      </w:rPr>
    </w:pPr>
    <w:r w:rsidRPr="00D61A98">
      <w:rPr>
        <w:noProof/>
      </w:rPr>
      <w:drawing>
        <wp:anchor distT="0" distB="0" distL="114300" distR="114300" simplePos="0" relativeHeight="251658240" behindDoc="1" locked="0" layoutInCell="1" allowOverlap="1" wp14:anchorId="5F226C9B" wp14:editId="5B22C123">
          <wp:simplePos x="0" y="0"/>
          <wp:positionH relativeFrom="column">
            <wp:posOffset>4829175</wp:posOffset>
          </wp:positionH>
          <wp:positionV relativeFrom="paragraph">
            <wp:posOffset>-171450</wp:posOffset>
          </wp:positionV>
          <wp:extent cx="1213485" cy="600075"/>
          <wp:effectExtent l="0" t="0" r="5715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348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9EE64" w14:textId="77777777" w:rsidR="00D61A98" w:rsidRDefault="00D61A9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2B5158"/>
    <w:multiLevelType w:val="hybridMultilevel"/>
    <w:tmpl w:val="CDE2F9E6"/>
    <w:lvl w:ilvl="0" w:tplc="782A72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938811">
    <w:abstractNumId w:val="8"/>
  </w:num>
  <w:num w:numId="2" w16cid:durableId="381027346">
    <w:abstractNumId w:val="6"/>
  </w:num>
  <w:num w:numId="3" w16cid:durableId="1768116388">
    <w:abstractNumId w:val="5"/>
  </w:num>
  <w:num w:numId="4" w16cid:durableId="1328748820">
    <w:abstractNumId w:val="4"/>
  </w:num>
  <w:num w:numId="5" w16cid:durableId="345600504">
    <w:abstractNumId w:val="7"/>
  </w:num>
  <w:num w:numId="6" w16cid:durableId="515853008">
    <w:abstractNumId w:val="3"/>
  </w:num>
  <w:num w:numId="7" w16cid:durableId="317808610">
    <w:abstractNumId w:val="2"/>
  </w:num>
  <w:num w:numId="8" w16cid:durableId="101655270">
    <w:abstractNumId w:val="1"/>
  </w:num>
  <w:num w:numId="9" w16cid:durableId="1112163260">
    <w:abstractNumId w:val="0"/>
  </w:num>
  <w:num w:numId="10" w16cid:durableId="20105215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2A6"/>
    <w:rsid w:val="000E05B1"/>
    <w:rsid w:val="0015074B"/>
    <w:rsid w:val="0027060A"/>
    <w:rsid w:val="0029639D"/>
    <w:rsid w:val="00297535"/>
    <w:rsid w:val="00326F90"/>
    <w:rsid w:val="0037420D"/>
    <w:rsid w:val="00426361"/>
    <w:rsid w:val="00466741"/>
    <w:rsid w:val="00514E2D"/>
    <w:rsid w:val="00587502"/>
    <w:rsid w:val="00643A09"/>
    <w:rsid w:val="0067461F"/>
    <w:rsid w:val="00797D75"/>
    <w:rsid w:val="007D478C"/>
    <w:rsid w:val="00A34934"/>
    <w:rsid w:val="00A809CB"/>
    <w:rsid w:val="00AA1D8D"/>
    <w:rsid w:val="00AA64B5"/>
    <w:rsid w:val="00B47730"/>
    <w:rsid w:val="00C45CAE"/>
    <w:rsid w:val="00CB0664"/>
    <w:rsid w:val="00D26FB9"/>
    <w:rsid w:val="00D53BB7"/>
    <w:rsid w:val="00D61A98"/>
    <w:rsid w:val="00D80948"/>
    <w:rsid w:val="00DC3BDF"/>
    <w:rsid w:val="00DE5580"/>
    <w:rsid w:val="00E712CF"/>
    <w:rsid w:val="00ED3960"/>
    <w:rsid w:val="00F27E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B649276"/>
  <w14:defaultImageDpi w14:val="300"/>
  <w15:docId w15:val="{0BBD82D8-F6CC-4504-B688-2A5F23C4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Jasmina</cp:lastModifiedBy>
  <cp:revision>3</cp:revision>
  <dcterms:created xsi:type="dcterms:W3CDTF">2026-05-05T06:10:00Z</dcterms:created>
  <dcterms:modified xsi:type="dcterms:W3CDTF">2026-09-27T11:41:00Z</dcterms:modified>
  <cp:category/>
</cp:coreProperties>
</file>